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2157E" w14:textId="77777777" w:rsidR="007E0C6C" w:rsidRDefault="003B4B17">
      <w:pPr>
        <w:pStyle w:val="Title"/>
        <w:jc w:val="center"/>
      </w:pPr>
      <w:r>
        <w:t>Revelation 5 Study Guide</w:t>
      </w:r>
    </w:p>
    <w:p w14:paraId="210F2D2F" w14:textId="77777777" w:rsidR="007E0C6C" w:rsidRDefault="003B4B17">
      <w:pPr>
        <w:spacing w:after="80"/>
        <w:jc w:val="center"/>
      </w:pPr>
      <w:r>
        <w:rPr>
          <w:b/>
          <w:i/>
        </w:rPr>
        <w:t>“Worthy Is the Lamb”</w:t>
      </w:r>
    </w:p>
    <w:p w14:paraId="5E453692" w14:textId="77777777" w:rsidR="007E0C6C" w:rsidRDefault="003B4B17">
      <w:r>
        <w:rPr>
          <w:b/>
        </w:rPr>
        <w:t>Key Theme:</w:t>
      </w:r>
      <w:r>
        <w:t xml:space="preserve"> Jesus Christ, the slain and risen Lamb, is the only One worthy to accomplish God's eternal plan, and all of heaven responds in worship.</w:t>
      </w:r>
    </w:p>
    <w:p w14:paraId="204B585B" w14:textId="77777777" w:rsidR="007E0C6C" w:rsidRDefault="003B4B17">
      <w:pPr>
        <w:pStyle w:val="Heading2"/>
      </w:pPr>
      <w:r>
        <w:t>Key Verse</w:t>
      </w:r>
    </w:p>
    <w:p w14:paraId="05896252" w14:textId="77777777" w:rsidR="007E0C6C" w:rsidRDefault="003B4B17">
      <w:r>
        <w:rPr>
          <w:i/>
        </w:rPr>
        <w:t>"Worthy is the Lamb who was slain..."</w:t>
      </w:r>
      <w:r>
        <w:t xml:space="preserve"> (Revelation 5:12)</w:t>
      </w:r>
    </w:p>
    <w:p w14:paraId="028D8D4E" w14:textId="77777777" w:rsidR="007E0C6C" w:rsidRDefault="003B4B17">
      <w:pPr>
        <w:pStyle w:val="Heading1"/>
      </w:pPr>
      <w:r>
        <w:t>Chapter Outline</w:t>
      </w:r>
    </w:p>
    <w:p w14:paraId="0B728E94" w14:textId="77777777" w:rsidR="007E0C6C" w:rsidRDefault="003B4B17">
      <w:pPr>
        <w:pStyle w:val="Heading1"/>
        <w:spacing w:before="160" w:after="100"/>
      </w:pPr>
      <w:r>
        <w:t>PART A — Revelation 5:1–7</w:t>
      </w:r>
    </w:p>
    <w:p w14:paraId="44D481CF" w14:textId="77777777" w:rsidR="007E0C6C" w:rsidRDefault="003B4B17">
      <w:pPr>
        <w:pStyle w:val="Heading1"/>
      </w:pPr>
      <w:r>
        <w:t>I. The Sealed Scroll (vv. 1–4)</w:t>
      </w:r>
    </w:p>
    <w:p w14:paraId="2784BBF5" w14:textId="77777777" w:rsidR="007E0C6C" w:rsidRDefault="003B4B17">
      <w:r>
        <w:t>John sees God the Father seated on His throne.</w:t>
      </w:r>
    </w:p>
    <w:p w14:paraId="2A2B616C" w14:textId="77777777" w:rsidR="007E0C6C" w:rsidRDefault="003B4B17">
      <w:r>
        <w:t>In His right hand is a scroll written on both sides and sealed with seven seals.</w:t>
      </w:r>
    </w:p>
    <w:p w14:paraId="5D4547A5" w14:textId="77777777" w:rsidR="007E0C6C" w:rsidRDefault="003B4B17">
      <w:r>
        <w:t>A mighty angel asks:</w:t>
      </w:r>
    </w:p>
    <w:p w14:paraId="45DA75DC" w14:textId="77777777" w:rsidR="007E0C6C" w:rsidRDefault="003B4B17">
      <w:r>
        <w:t>"Who is worthy to open the scroll?"</w:t>
      </w:r>
    </w:p>
    <w:p w14:paraId="68E8487E" w14:textId="77777777" w:rsidR="007E0C6C" w:rsidRDefault="003B4B17">
      <w:r>
        <w:t>Silence.</w:t>
      </w:r>
    </w:p>
    <w:p w14:paraId="3232063B" w14:textId="77777777" w:rsidR="007E0C6C" w:rsidRDefault="003B4B17">
      <w:r>
        <w:t>No one in heaven...</w:t>
      </w:r>
    </w:p>
    <w:p w14:paraId="4425D3F5" w14:textId="77777777" w:rsidR="007E0C6C" w:rsidRDefault="003B4B17">
      <w:r>
        <w:t>No one on earth...</w:t>
      </w:r>
    </w:p>
    <w:p w14:paraId="7A4145A0" w14:textId="77777777" w:rsidR="007E0C6C" w:rsidRDefault="003B4B17">
      <w:r>
        <w:t>No one under the earth.</w:t>
      </w:r>
    </w:p>
    <w:p w14:paraId="35191358" w14:textId="77777777" w:rsidR="007E0C6C" w:rsidRDefault="003B4B17">
      <w:r>
        <w:t>John begins to weep.</w:t>
      </w:r>
    </w:p>
    <w:p w14:paraId="1E07F980" w14:textId="77777777" w:rsidR="007E0C6C" w:rsidRDefault="003B4B17">
      <w:pPr>
        <w:pStyle w:val="Heading1"/>
      </w:pPr>
      <w:r>
        <w:t>The Scroll Written on Both Sides</w:t>
      </w:r>
    </w:p>
    <w:p w14:paraId="32FB77DF" w14:textId="77777777" w:rsidR="007E0C6C" w:rsidRDefault="003B4B17">
      <w:r>
        <w:t>John specifically notes that the scroll is written on both sides. Ancient scrolls were normally written primarily on the smoother inner surface, so this detail suggests fullness and completeness: there is no room left to add anything. Symbolically, God's sovereign purposes for judgment, redemption, and the consummation of history are complete. History is not being improvised; God already holds the completed plan in His hand.</w:t>
      </w:r>
    </w:p>
    <w:p w14:paraId="74326DB7" w14:textId="77777777" w:rsidR="007E0C6C" w:rsidRDefault="003B4B17">
      <w:r>
        <w:t>There is also an Old Testament echo in Ezekiel 2:9–10, where a scroll written on both sides contains words of judgment. Revelation carries that imagery forward: God's righteous judgment upon evil ultimately clears the way for redemption, restoration, and the reign of Christ.</w:t>
      </w:r>
    </w:p>
    <w:p w14:paraId="4DA7FF2A" w14:textId="77777777" w:rsidR="007E0C6C" w:rsidRDefault="003B4B17">
      <w:r>
        <w:t xml:space="preserve">Together, the imagery presents the scroll as </w:t>
      </w:r>
      <w:r>
        <w:rPr>
          <w:b/>
        </w:rPr>
        <w:t>completely written, completely sealed, and securely held in God's right hand</w:t>
      </w:r>
      <w:r>
        <w:t xml:space="preserve">. The central question is therefore not merely, “Who can read it?” but, </w:t>
      </w:r>
      <w:r>
        <w:rPr>
          <w:b/>
        </w:rPr>
        <w:t>“Who has the authority to carry out everything God has decreed?”</w:t>
      </w:r>
      <w:r>
        <w:t xml:space="preserve"> Heaven's answer is Jesus Christ.</w:t>
      </w:r>
    </w:p>
    <w:p w14:paraId="40F4C77F" w14:textId="77777777" w:rsidR="007E0C6C" w:rsidRDefault="003B4B17">
      <w:pPr>
        <w:pStyle w:val="Heading2"/>
      </w:pPr>
      <w:r>
        <w:t>Observations</w:t>
      </w:r>
    </w:p>
    <w:p w14:paraId="099639CB" w14:textId="77777777" w:rsidR="007E0C6C" w:rsidRDefault="003B4B17">
      <w:pPr>
        <w:pStyle w:val="ListBullet"/>
        <w:spacing w:after="0"/>
      </w:pPr>
      <w:r>
        <w:t>The scroll represents God's sovereign plan for history and the final redemption of creation.</w:t>
      </w:r>
    </w:p>
    <w:p w14:paraId="6333CE60" w14:textId="77777777" w:rsidR="007E0C6C" w:rsidRDefault="003B4B17">
      <w:pPr>
        <w:pStyle w:val="ListBullet"/>
        <w:spacing w:after="0"/>
      </w:pPr>
      <w:r>
        <w:t>The seven seals indicate perfect security and divine authority.</w:t>
      </w:r>
    </w:p>
    <w:p w14:paraId="55812A77" w14:textId="77777777" w:rsidR="007E0C6C" w:rsidRDefault="003B4B17">
      <w:pPr>
        <w:pStyle w:val="ListBullet"/>
        <w:spacing w:after="0"/>
      </w:pPr>
      <w:r>
        <w:t>John's tears reveal that without someone worthy, evil would seemingly continue unchecked.</w:t>
      </w:r>
    </w:p>
    <w:p w14:paraId="5746FF28" w14:textId="77777777" w:rsidR="007E0C6C" w:rsidRDefault="003B4B17">
      <w:pPr>
        <w:pStyle w:val="Heading2"/>
      </w:pPr>
      <w:r>
        <w:t>Questions</w:t>
      </w:r>
    </w:p>
    <w:p w14:paraId="59B778E5" w14:textId="77777777" w:rsidR="007E0C6C" w:rsidRDefault="003B4B17">
      <w:pPr>
        <w:pStyle w:val="ListNumber"/>
        <w:spacing w:after="0"/>
      </w:pPr>
      <w:r>
        <w:t>Why do you think John wept so intensely?</w:t>
      </w:r>
    </w:p>
    <w:p w14:paraId="6EA5E173" w14:textId="77777777" w:rsidR="007E0C6C" w:rsidRDefault="003B4B17">
      <w:pPr>
        <w:pStyle w:val="ListNumber"/>
        <w:spacing w:after="0"/>
      </w:pPr>
      <w:r>
        <w:t>Why wasn't even an angel worthy?</w:t>
      </w:r>
    </w:p>
    <w:p w14:paraId="6CC6E712" w14:textId="77777777" w:rsidR="007E0C6C" w:rsidRDefault="003B4B17">
      <w:pPr>
        <w:pStyle w:val="ListNumber"/>
        <w:spacing w:after="0"/>
      </w:pPr>
      <w:r>
        <w:t>What does this tell us about mankind's inability to save itself?</w:t>
      </w:r>
    </w:p>
    <w:p w14:paraId="259B85C4" w14:textId="77777777" w:rsidR="007E0C6C" w:rsidRDefault="003B4B17">
      <w:pPr>
        <w:pStyle w:val="Heading1"/>
      </w:pPr>
      <w:r>
        <w:t>II. The Lion Who Is the Lamb (vv. 5–7)</w:t>
      </w:r>
    </w:p>
    <w:p w14:paraId="5A677D27" w14:textId="77777777" w:rsidR="007E0C6C" w:rsidRDefault="003B4B17">
      <w:r>
        <w:t>One of the twenty-four elders tells John:</w:t>
      </w:r>
    </w:p>
    <w:p w14:paraId="4F392FE9" w14:textId="77777777" w:rsidR="007E0C6C" w:rsidRDefault="003B4B17">
      <w:r>
        <w:t>"Do not weep!"</w:t>
      </w:r>
    </w:p>
    <w:p w14:paraId="5FEFE951" w14:textId="77777777" w:rsidR="007E0C6C" w:rsidRDefault="003B4B17">
      <w:r>
        <w:t>The Lion of Judah has overcome.</w:t>
      </w:r>
    </w:p>
    <w:p w14:paraId="11D6A2F1" w14:textId="77777777" w:rsidR="007E0C6C" w:rsidRDefault="003B4B17">
      <w:r>
        <w:t>John turns expecting a conquering Lion...</w:t>
      </w:r>
    </w:p>
    <w:p w14:paraId="7235BB35" w14:textId="77777777" w:rsidR="007E0C6C" w:rsidRDefault="003B4B17">
      <w:r>
        <w:t>Instead he sees</w:t>
      </w:r>
    </w:p>
    <w:p w14:paraId="125BE149" w14:textId="77777777" w:rsidR="007E0C6C" w:rsidRDefault="003B4B17">
      <w:pPr>
        <w:pStyle w:val="Heading2"/>
      </w:pPr>
      <w:r>
        <w:lastRenderedPageBreak/>
        <w:t>A Lamb standing as though it had been slain.</w:t>
      </w:r>
    </w:p>
    <w:p w14:paraId="69DE58E7" w14:textId="77777777" w:rsidR="007E0C6C" w:rsidRDefault="003B4B17">
      <w:pPr>
        <w:pStyle w:val="Heading2"/>
      </w:pPr>
      <w:r>
        <w:t>Incredible Contrast</w:t>
      </w:r>
    </w:p>
    <w:p w14:paraId="12057647" w14:textId="77777777" w:rsidR="007E0C6C" w:rsidRDefault="003B4B17">
      <w:r>
        <w:t>Lion</w:t>
      </w:r>
    </w:p>
    <w:p w14:paraId="76974BE5" w14:textId="77777777" w:rsidR="007E0C6C" w:rsidRDefault="003B4B17">
      <w:pPr>
        <w:pStyle w:val="ListBullet"/>
        <w:spacing w:after="0"/>
      </w:pPr>
      <w:r>
        <w:t>King</w:t>
      </w:r>
    </w:p>
    <w:p w14:paraId="254782AF" w14:textId="77777777" w:rsidR="007E0C6C" w:rsidRDefault="003B4B17">
      <w:pPr>
        <w:pStyle w:val="ListBullet"/>
        <w:spacing w:after="0"/>
      </w:pPr>
      <w:r>
        <w:t>Power</w:t>
      </w:r>
    </w:p>
    <w:p w14:paraId="436D3C08" w14:textId="77777777" w:rsidR="007E0C6C" w:rsidRDefault="003B4B17">
      <w:pPr>
        <w:pStyle w:val="ListBullet"/>
        <w:spacing w:after="0"/>
      </w:pPr>
      <w:r>
        <w:t>Victory</w:t>
      </w:r>
    </w:p>
    <w:p w14:paraId="50A4CB2F" w14:textId="77777777" w:rsidR="007E0C6C" w:rsidRDefault="003B4B17">
      <w:r>
        <w:t>Lamb</w:t>
      </w:r>
    </w:p>
    <w:p w14:paraId="5D13A077" w14:textId="77777777" w:rsidR="007E0C6C" w:rsidRDefault="003B4B17">
      <w:pPr>
        <w:pStyle w:val="ListBullet"/>
        <w:spacing w:after="0"/>
      </w:pPr>
      <w:r>
        <w:t>Sacrifice</w:t>
      </w:r>
    </w:p>
    <w:p w14:paraId="54FFDFA1" w14:textId="77777777" w:rsidR="007E0C6C" w:rsidRDefault="003B4B17">
      <w:pPr>
        <w:pStyle w:val="ListBullet"/>
        <w:spacing w:after="0"/>
      </w:pPr>
      <w:r>
        <w:t>Humility</w:t>
      </w:r>
    </w:p>
    <w:p w14:paraId="7732FAA0" w14:textId="77777777" w:rsidR="007E0C6C" w:rsidRDefault="003B4B17">
      <w:pPr>
        <w:pStyle w:val="ListBullet"/>
        <w:spacing w:after="0"/>
      </w:pPr>
      <w:r>
        <w:t>Redemption</w:t>
      </w:r>
    </w:p>
    <w:p w14:paraId="79C5D5D7" w14:textId="77777777" w:rsidR="007E0C6C" w:rsidRDefault="003B4B17">
      <w:r>
        <w:t>Jesus is both.</w:t>
      </w:r>
    </w:p>
    <w:p w14:paraId="35A993EA" w14:textId="77777777" w:rsidR="007E0C6C" w:rsidRDefault="003B4B17">
      <w:r>
        <w:t>He conquered not through force,</w:t>
      </w:r>
    </w:p>
    <w:p w14:paraId="459C46C2" w14:textId="77777777" w:rsidR="007E0C6C" w:rsidRDefault="003B4B17">
      <w:r>
        <w:t>but through the Cross.</w:t>
      </w:r>
    </w:p>
    <w:p w14:paraId="175356A6" w14:textId="77777777" w:rsidR="007E0C6C" w:rsidRDefault="003B4B17">
      <w:pPr>
        <w:pStyle w:val="Heading2"/>
      </w:pPr>
      <w:r>
        <w:t>The Seven Horns</w:t>
      </w:r>
    </w:p>
    <w:p w14:paraId="732FCD6F" w14:textId="77777777" w:rsidR="007E0C6C" w:rsidRDefault="003B4B17">
      <w:r>
        <w:t>Horns symbolize power.</w:t>
      </w:r>
    </w:p>
    <w:p w14:paraId="0BE8FED5" w14:textId="77777777" w:rsidR="007E0C6C" w:rsidRDefault="003B4B17">
      <w:r>
        <w:t>Seven horns represent</w:t>
      </w:r>
    </w:p>
    <w:p w14:paraId="0484ED40" w14:textId="77777777" w:rsidR="007E0C6C" w:rsidRDefault="003B4B17">
      <w:pPr>
        <w:pStyle w:val="Heading2"/>
      </w:pPr>
      <w:r>
        <w:t>Perfect power.</w:t>
      </w:r>
    </w:p>
    <w:p w14:paraId="7A8E68BE" w14:textId="77777777" w:rsidR="007E0C6C" w:rsidRDefault="003B4B17">
      <w:r>
        <w:t>Jesus possesses complete authority.</w:t>
      </w:r>
    </w:p>
    <w:p w14:paraId="44553F94" w14:textId="77777777" w:rsidR="007E0C6C" w:rsidRDefault="003B4B17">
      <w:r>
        <w:t>Compare:</w:t>
      </w:r>
    </w:p>
    <w:p w14:paraId="1574E2AA" w14:textId="77777777" w:rsidR="007E0C6C" w:rsidRDefault="003B4B17">
      <w:r>
        <w:t>Matthew 28:18</w:t>
      </w:r>
    </w:p>
    <w:p w14:paraId="40285BB0" w14:textId="77777777" w:rsidR="007E0C6C" w:rsidRDefault="003B4B17">
      <w:r>
        <w:t>"All authority in heaven and earth has been given unto Me."</w:t>
      </w:r>
    </w:p>
    <w:p w14:paraId="67525729" w14:textId="77777777" w:rsidR="007E0C6C" w:rsidRDefault="003B4B17">
      <w:pPr>
        <w:pStyle w:val="Heading2"/>
      </w:pPr>
      <w:r>
        <w:t>The Seven Eyes</w:t>
      </w:r>
    </w:p>
    <w:p w14:paraId="5CE6B322" w14:textId="77777777" w:rsidR="007E0C6C" w:rsidRDefault="003B4B17">
      <w:r>
        <w:t>The seven eyes represent</w:t>
      </w:r>
    </w:p>
    <w:p w14:paraId="19730721" w14:textId="77777777" w:rsidR="007E0C6C" w:rsidRDefault="003B4B17">
      <w:r>
        <w:t>the fullness of the Holy Spirit.</w:t>
      </w:r>
    </w:p>
    <w:p w14:paraId="6CE5466A" w14:textId="77777777" w:rsidR="007E0C6C" w:rsidRDefault="003B4B17">
      <w:r>
        <w:t>Perfect knowledge.</w:t>
      </w:r>
    </w:p>
    <w:p w14:paraId="32CB5103" w14:textId="77777777" w:rsidR="007E0C6C" w:rsidRDefault="003B4B17">
      <w:r>
        <w:t>Nothing escapes Christ's sight.</w:t>
      </w:r>
    </w:p>
    <w:p w14:paraId="3CEFA759" w14:textId="77777777" w:rsidR="007E0C6C" w:rsidRDefault="003B4B17">
      <w:r>
        <w:t>Compare:</w:t>
      </w:r>
    </w:p>
    <w:p w14:paraId="50F3D134" w14:textId="77777777" w:rsidR="007E0C6C" w:rsidRDefault="003B4B17">
      <w:r>
        <w:t>Zechariah 4</w:t>
      </w:r>
    </w:p>
    <w:p w14:paraId="34ADA9DC" w14:textId="77777777" w:rsidR="007E0C6C" w:rsidRDefault="003B4B17">
      <w:r>
        <w:t>Isaiah 11</w:t>
      </w:r>
    </w:p>
    <w:p w14:paraId="055A1AF7" w14:textId="77777777" w:rsidR="007E0C6C" w:rsidRDefault="003B4B17">
      <w:pPr>
        <w:pStyle w:val="Heading2"/>
      </w:pPr>
      <w:r>
        <w:t>Questions</w:t>
      </w:r>
    </w:p>
    <w:p w14:paraId="6CC9387D" w14:textId="77777777" w:rsidR="007E0C6C" w:rsidRDefault="003B4B17">
      <w:pPr>
        <w:pStyle w:val="ListNumber"/>
        <w:spacing w:after="0"/>
      </w:pPr>
      <w:r>
        <w:t>Why is Jesus portrayed as both Lion and Lamb?</w:t>
      </w:r>
    </w:p>
    <w:p w14:paraId="7E890D8A" w14:textId="77777777" w:rsidR="007E0C6C" w:rsidRDefault="003B4B17">
      <w:pPr>
        <w:pStyle w:val="ListNumber"/>
        <w:spacing w:after="0"/>
      </w:pPr>
      <w:r>
        <w:t xml:space="preserve">Why is it important that the Lamb is </w:t>
      </w:r>
      <w:r>
        <w:rPr>
          <w:b/>
        </w:rPr>
        <w:t>standing</w:t>
      </w:r>
      <w:r>
        <w:t>, not lying dead?</w:t>
      </w:r>
    </w:p>
    <w:p w14:paraId="6AD96A54" w14:textId="77777777" w:rsidR="007E0C6C" w:rsidRDefault="003B4B17">
      <w:pPr>
        <w:pStyle w:val="ListNumber"/>
        <w:spacing w:after="0"/>
      </w:pPr>
      <w:r>
        <w:t>What do the seven horns teach us?</w:t>
      </w:r>
    </w:p>
    <w:p w14:paraId="31D11AD1" w14:textId="77777777" w:rsidR="007E0C6C" w:rsidRDefault="003B4B17">
      <w:pPr>
        <w:pStyle w:val="ListNumber"/>
        <w:spacing w:after="0"/>
      </w:pPr>
      <w:r>
        <w:t>What do the seven eyes reveal?</w:t>
      </w:r>
    </w:p>
    <w:p w14:paraId="3DFE98F8" w14:textId="77777777" w:rsidR="007E0C6C" w:rsidRDefault="003B4B17">
      <w:pPr>
        <w:pStyle w:val="Heading1"/>
      </w:pPr>
      <w:r>
        <w:t>III. The Transfer of the Scroll (v.7)</w:t>
      </w:r>
    </w:p>
    <w:p w14:paraId="6B3F4226" w14:textId="77777777" w:rsidR="007E0C6C" w:rsidRDefault="003B4B17">
      <w:r>
        <w:t>This may be the most important moment in Revelation.</w:t>
      </w:r>
    </w:p>
    <w:p w14:paraId="74D9A6C2" w14:textId="77777777" w:rsidR="007E0C6C" w:rsidRDefault="003B4B17">
      <w:r>
        <w:t>Jesus walks directly to the throne.</w:t>
      </w:r>
    </w:p>
    <w:p w14:paraId="5CDF6386" w14:textId="77777777" w:rsidR="007E0C6C" w:rsidRDefault="003B4B17">
      <w:r>
        <w:t>He takes the scroll</w:t>
      </w:r>
    </w:p>
    <w:p w14:paraId="00FA000C" w14:textId="77777777" w:rsidR="007E0C6C" w:rsidRDefault="003B4B17">
      <w:r>
        <w:t>from the Father's right hand.</w:t>
      </w:r>
    </w:p>
    <w:p w14:paraId="11E08336" w14:textId="77777777" w:rsidR="007E0C6C" w:rsidRDefault="003B4B17">
      <w:r>
        <w:t>No resistance.</w:t>
      </w:r>
    </w:p>
    <w:p w14:paraId="6D166098" w14:textId="77777777" w:rsidR="007E0C6C" w:rsidRDefault="003B4B17">
      <w:r>
        <w:t>No hesitation.</w:t>
      </w:r>
    </w:p>
    <w:p w14:paraId="0E84927B" w14:textId="77777777" w:rsidR="007E0C6C" w:rsidRDefault="003B4B17">
      <w:r>
        <w:t>The Father gladly entrusts His plan to the Son.</w:t>
      </w:r>
    </w:p>
    <w:p w14:paraId="0EF44018" w14:textId="77777777" w:rsidR="007E0C6C" w:rsidRDefault="003B4B17">
      <w:pPr>
        <w:pStyle w:val="Heading2"/>
      </w:pPr>
      <w:r>
        <w:t>Why this matters</w:t>
      </w:r>
    </w:p>
    <w:p w14:paraId="4B4B902A" w14:textId="77777777" w:rsidR="007E0C6C" w:rsidRDefault="003B4B17">
      <w:r>
        <w:t>The Cross is complete.</w:t>
      </w:r>
    </w:p>
    <w:p w14:paraId="2CE684FC" w14:textId="77777777" w:rsidR="007E0C6C" w:rsidRDefault="003B4B17">
      <w:r>
        <w:t>The Resurrection is complete.</w:t>
      </w:r>
    </w:p>
    <w:p w14:paraId="22887657" w14:textId="77777777" w:rsidR="007E0C6C" w:rsidRDefault="003B4B17">
      <w:r>
        <w:t>The Ascension is complete.</w:t>
      </w:r>
    </w:p>
    <w:p w14:paraId="6830A352" w14:textId="77777777" w:rsidR="007E0C6C" w:rsidRDefault="003B4B17">
      <w:r>
        <w:lastRenderedPageBreak/>
        <w:t>Now Christ is publicly invested as the One who will execute God's judgment and redemption.</w:t>
      </w:r>
    </w:p>
    <w:p w14:paraId="2CF67814" w14:textId="77777777" w:rsidR="007E0C6C" w:rsidRDefault="003B4B17">
      <w:r>
        <w:t>This fulfills Daniel 7:13–14, where the Son of Man comes before the Ancient of Days and receives dominion, glory, and an everlasting kingdom.</w:t>
      </w:r>
    </w:p>
    <w:p w14:paraId="06695157" w14:textId="77777777" w:rsidR="007E0C6C" w:rsidRDefault="003B4B17">
      <w:pPr>
        <w:pStyle w:val="Heading2"/>
      </w:pPr>
      <w:r>
        <w:t>Questions</w:t>
      </w:r>
    </w:p>
    <w:p w14:paraId="11622151" w14:textId="77777777" w:rsidR="007E0C6C" w:rsidRDefault="003B4B17">
      <w:pPr>
        <w:pStyle w:val="ListNumber"/>
        <w:spacing w:after="0"/>
      </w:pPr>
      <w:r>
        <w:t>Why didn't Jesus take the scroll before the Cross?</w:t>
      </w:r>
    </w:p>
    <w:p w14:paraId="7CA4E86E" w14:textId="77777777" w:rsidR="007E0C6C" w:rsidRDefault="003B4B17">
      <w:pPr>
        <w:pStyle w:val="ListNumber"/>
        <w:spacing w:after="0"/>
      </w:pPr>
      <w:r>
        <w:t>Why is this the turning point of Revelation?</w:t>
      </w:r>
    </w:p>
    <w:p w14:paraId="5D75B327" w14:textId="77777777" w:rsidR="007E0C6C" w:rsidRDefault="003B4B17">
      <w:pPr>
        <w:pStyle w:val="ListNumber"/>
        <w:spacing w:after="0"/>
      </w:pPr>
      <w:r>
        <w:t>What Old Testament prophecy does this fulfill?</w:t>
      </w:r>
    </w:p>
    <w:p w14:paraId="0766CE4A" w14:textId="77777777" w:rsidR="007E0C6C" w:rsidRDefault="003B4B17">
      <w:pPr>
        <w:pStyle w:val="Heading1"/>
        <w:pageBreakBefore/>
        <w:spacing w:after="100"/>
      </w:pPr>
      <w:r>
        <w:lastRenderedPageBreak/>
        <w:t>PART B — Revelation 5:8–14</w:t>
      </w:r>
    </w:p>
    <w:p w14:paraId="0E04AEAC" w14:textId="77777777" w:rsidR="007E0C6C" w:rsidRDefault="003B4B17">
      <w:pPr>
        <w:pStyle w:val="Heading1"/>
      </w:pPr>
      <w:r>
        <w:t>IV. Heaven Explodes in Worship (vv. 8–10)</w:t>
      </w:r>
    </w:p>
    <w:p w14:paraId="64ADC264" w14:textId="77777777" w:rsidR="007E0C6C" w:rsidRDefault="003B4B17">
      <w:r>
        <w:t>The instant Jesus takes the scroll,</w:t>
      </w:r>
    </w:p>
    <w:p w14:paraId="79076239" w14:textId="77777777" w:rsidR="007E0C6C" w:rsidRDefault="003B4B17">
      <w:r>
        <w:t>everything changes.</w:t>
      </w:r>
    </w:p>
    <w:p w14:paraId="2B501421" w14:textId="77777777" w:rsidR="007E0C6C" w:rsidRDefault="003B4B17">
      <w:r>
        <w:t>The four living creatures fall down.</w:t>
      </w:r>
    </w:p>
    <w:p w14:paraId="3A20ED5C" w14:textId="77777777" w:rsidR="007E0C6C" w:rsidRDefault="003B4B17">
      <w:r>
        <w:t>The twenty-four elders fall down.</w:t>
      </w:r>
    </w:p>
    <w:p w14:paraId="1C3EC52E" w14:textId="77777777" w:rsidR="007E0C6C" w:rsidRDefault="003B4B17">
      <w:r>
        <w:t>Notice:</w:t>
      </w:r>
    </w:p>
    <w:p w14:paraId="2F1F38A0" w14:textId="77777777" w:rsidR="007E0C6C" w:rsidRDefault="003B4B17">
      <w:r>
        <w:t>No one is forced.</w:t>
      </w:r>
    </w:p>
    <w:p w14:paraId="5BCC0D78" w14:textId="77777777" w:rsidR="007E0C6C" w:rsidRDefault="003B4B17">
      <w:r>
        <w:t>No one is instructed.</w:t>
      </w:r>
    </w:p>
    <w:p w14:paraId="3E2D890A" w14:textId="77777777" w:rsidR="007E0C6C" w:rsidRDefault="003B4B17">
      <w:r>
        <w:t>Worship is the only possible response.</w:t>
      </w:r>
    </w:p>
    <w:p w14:paraId="73EF134E" w14:textId="77777777" w:rsidR="007E0C6C" w:rsidRDefault="003B4B17">
      <w:pPr>
        <w:pStyle w:val="Heading2"/>
      </w:pPr>
      <w:r>
        <w:t>The Harps</w:t>
      </w:r>
    </w:p>
    <w:p w14:paraId="35C48CE6" w14:textId="77777777" w:rsidR="007E0C6C" w:rsidRDefault="003B4B17">
      <w:r>
        <w:t>Harps symbolize praise.</w:t>
      </w:r>
    </w:p>
    <w:p w14:paraId="505E2D3E" w14:textId="77777777" w:rsidR="007E0C6C" w:rsidRDefault="003B4B17">
      <w:r>
        <w:t>Worship is central to heaven.</w:t>
      </w:r>
    </w:p>
    <w:p w14:paraId="47FA8D9F" w14:textId="77777777" w:rsidR="007E0C6C" w:rsidRDefault="003B4B17">
      <w:pPr>
        <w:pStyle w:val="Heading2"/>
      </w:pPr>
      <w:r>
        <w:t>The Golden Bowls</w:t>
      </w:r>
    </w:p>
    <w:p w14:paraId="7217EE64" w14:textId="77777777" w:rsidR="007E0C6C" w:rsidRDefault="003B4B17">
      <w:r>
        <w:t>Filled with incense.</w:t>
      </w:r>
    </w:p>
    <w:p w14:paraId="1B21662B" w14:textId="77777777" w:rsidR="007E0C6C" w:rsidRDefault="003B4B17">
      <w:r>
        <w:t>John tells us exactly what they are:</w:t>
      </w:r>
    </w:p>
    <w:p w14:paraId="6B595290" w14:textId="77777777" w:rsidR="007E0C6C" w:rsidRDefault="003B4B17">
      <w:r>
        <w:t>"The prayers of the saints."</w:t>
      </w:r>
    </w:p>
    <w:p w14:paraId="5CC16170" w14:textId="77777777" w:rsidR="007E0C6C" w:rsidRDefault="003B4B17">
      <w:r>
        <w:t>Application:</w:t>
      </w:r>
    </w:p>
    <w:p w14:paraId="01C3DABC" w14:textId="77777777" w:rsidR="007E0C6C" w:rsidRDefault="003B4B17">
      <w:r>
        <w:t>Not one prayer you've ever prayed has been forgotten.</w:t>
      </w:r>
    </w:p>
    <w:p w14:paraId="51AB17FE" w14:textId="77777777" w:rsidR="007E0C6C" w:rsidRDefault="003B4B17">
      <w:r>
        <w:t>God treasures them.</w:t>
      </w:r>
    </w:p>
    <w:p w14:paraId="2BC43FDF" w14:textId="77777777" w:rsidR="007E0C6C" w:rsidRDefault="003B4B17">
      <w:pPr>
        <w:pStyle w:val="Heading2"/>
      </w:pPr>
      <w:r>
        <w:t>The New Song</w:t>
      </w:r>
    </w:p>
    <w:p w14:paraId="22D31B44" w14:textId="77777777" w:rsidR="007E0C6C" w:rsidRDefault="003B4B17">
      <w:r>
        <w:t>Why is it new?</w:t>
      </w:r>
    </w:p>
    <w:p w14:paraId="17C9BD99" w14:textId="77777777" w:rsidR="007E0C6C" w:rsidRDefault="003B4B17">
      <w:r>
        <w:t>Because redemption has now been accomplished.</w:t>
      </w:r>
    </w:p>
    <w:p w14:paraId="317B4B68" w14:textId="77777777" w:rsidR="007E0C6C" w:rsidRDefault="003B4B17">
      <w:r>
        <w:t>Never before had heaven sung about</w:t>
      </w:r>
    </w:p>
    <w:p w14:paraId="6208B0CB" w14:textId="77777777" w:rsidR="007E0C6C" w:rsidRDefault="003B4B17">
      <w:r>
        <w:t>a crucified,</w:t>
      </w:r>
    </w:p>
    <w:p w14:paraId="027337B0" w14:textId="77777777" w:rsidR="007E0C6C" w:rsidRDefault="003B4B17">
      <w:r>
        <w:t>resurrected,</w:t>
      </w:r>
    </w:p>
    <w:p w14:paraId="192C098C" w14:textId="77777777" w:rsidR="007E0C6C" w:rsidRDefault="003B4B17">
      <w:r>
        <w:t>redeeming Lamb.</w:t>
      </w:r>
    </w:p>
    <w:p w14:paraId="4976F297" w14:textId="77777777" w:rsidR="007E0C6C" w:rsidRDefault="003B4B17">
      <w:r>
        <w:t>The song celebrates that Jesus purchased people from every tribe, language, people, and nation and made them a kingdom and priests to God. Our identity is rooted in what Christ has done, not in what we have accomplished. The New Song announces that a new era in God's redemptive plan has begun through the crucified and risen Christ.</w:t>
      </w:r>
    </w:p>
    <w:p w14:paraId="73455435" w14:textId="77777777" w:rsidR="007E0C6C" w:rsidRDefault="003B4B17">
      <w:pPr>
        <w:pStyle w:val="Heading2"/>
      </w:pPr>
      <w:r>
        <w:t>Questions</w:t>
      </w:r>
    </w:p>
    <w:p w14:paraId="45BC6ECA" w14:textId="77777777" w:rsidR="007E0C6C" w:rsidRDefault="003B4B17">
      <w:pPr>
        <w:pStyle w:val="ListNumber"/>
        <w:spacing w:after="0"/>
      </w:pPr>
      <w:r>
        <w:t>Why is this called a "new song"?</w:t>
      </w:r>
    </w:p>
    <w:p w14:paraId="68F306D5" w14:textId="77777777" w:rsidR="007E0C6C" w:rsidRDefault="003B4B17">
      <w:pPr>
        <w:pStyle w:val="ListNumber"/>
        <w:spacing w:after="0"/>
      </w:pPr>
      <w:r>
        <w:t>What is the significance of believers becoming "a kingdom and priests"?</w:t>
      </w:r>
    </w:p>
    <w:p w14:paraId="4E5A1635" w14:textId="77777777" w:rsidR="007E0C6C" w:rsidRDefault="003B4B17">
      <w:pPr>
        <w:pStyle w:val="ListNumber"/>
        <w:spacing w:after="0"/>
      </w:pPr>
      <w:r>
        <w:t>What encouragement do you find in knowing your prayers are before God?</w:t>
      </w:r>
    </w:p>
    <w:p w14:paraId="7112E09E" w14:textId="77777777" w:rsidR="007E0C6C" w:rsidRDefault="003B4B17">
      <w:pPr>
        <w:pStyle w:val="Heading1"/>
      </w:pPr>
      <w:r>
        <w:t>V. Millions of Angels Join In (vv. 11–12)</w:t>
      </w:r>
    </w:p>
    <w:p w14:paraId="7C4006C7" w14:textId="77777777" w:rsidR="007E0C6C" w:rsidRDefault="003B4B17">
      <w:r>
        <w:t>John hears</w:t>
      </w:r>
    </w:p>
    <w:p w14:paraId="3F510A63" w14:textId="77777777" w:rsidR="007E0C6C" w:rsidRDefault="003B4B17">
      <w:r>
        <w:t>"myriads of myriads"</w:t>
      </w:r>
    </w:p>
    <w:p w14:paraId="230848D1" w14:textId="77777777" w:rsidR="007E0C6C" w:rsidRDefault="003B4B17">
      <w:r>
        <w:t>and</w:t>
      </w:r>
    </w:p>
    <w:p w14:paraId="0FDE2D08" w14:textId="77777777" w:rsidR="007E0C6C" w:rsidRDefault="003B4B17">
      <w:r>
        <w:t>"thousands of thousands."</w:t>
      </w:r>
    </w:p>
    <w:p w14:paraId="59723ABC" w14:textId="77777777" w:rsidR="007E0C6C" w:rsidRDefault="003B4B17">
      <w:r>
        <w:t>This literally means</w:t>
      </w:r>
    </w:p>
    <w:p w14:paraId="0E442C4C" w14:textId="77777777" w:rsidR="007E0C6C" w:rsidRDefault="003B4B17">
      <w:r>
        <w:t>an uncountable multitude.</w:t>
      </w:r>
    </w:p>
    <w:p w14:paraId="68640599" w14:textId="77777777" w:rsidR="007E0C6C" w:rsidRDefault="003B4B17">
      <w:r>
        <w:t>Notice something beautiful:</w:t>
      </w:r>
    </w:p>
    <w:p w14:paraId="60379BF1" w14:textId="77777777" w:rsidR="007E0C6C" w:rsidRDefault="003B4B17">
      <w:r>
        <w:t>The elders begin.</w:t>
      </w:r>
    </w:p>
    <w:p w14:paraId="506652D4" w14:textId="77777777" w:rsidR="007E0C6C" w:rsidRDefault="003B4B17">
      <w:r>
        <w:t>Then the angels join.</w:t>
      </w:r>
    </w:p>
    <w:p w14:paraId="00846689" w14:textId="77777777" w:rsidR="007E0C6C" w:rsidRDefault="003B4B17">
      <w:r>
        <w:lastRenderedPageBreak/>
        <w:t>Heaven's worship spreads outward like waves. Although angels witness salvation rather than experience redemption themselves, they marvel at God's grace toward redeemed humanity (compare 1 Peter 1:12). Their praise invites believers to join heaven's worship now—not merely to study a future event.</w:t>
      </w:r>
    </w:p>
    <w:p w14:paraId="725E4F3D" w14:textId="77777777" w:rsidR="007E0C6C" w:rsidRDefault="003B4B17">
      <w:pPr>
        <w:pStyle w:val="Heading2"/>
      </w:pPr>
      <w:r>
        <w:t>Seven Attributes Given to Jesus</w:t>
      </w:r>
    </w:p>
    <w:p w14:paraId="2712BD37" w14:textId="77777777" w:rsidR="007E0C6C" w:rsidRDefault="003B4B17">
      <w:r>
        <w:t>The Lamb is worthy to receive:</w:t>
      </w:r>
    </w:p>
    <w:p w14:paraId="14F1B522" w14:textId="77777777" w:rsidR="007E0C6C" w:rsidRDefault="003B4B17">
      <w:pPr>
        <w:pStyle w:val="ListBullet"/>
        <w:spacing w:after="0"/>
      </w:pPr>
      <w:r>
        <w:t>Power</w:t>
      </w:r>
    </w:p>
    <w:p w14:paraId="17BE9E23" w14:textId="77777777" w:rsidR="007E0C6C" w:rsidRDefault="003B4B17">
      <w:pPr>
        <w:pStyle w:val="ListBullet"/>
        <w:spacing w:after="0"/>
      </w:pPr>
      <w:r>
        <w:t>Riches</w:t>
      </w:r>
    </w:p>
    <w:p w14:paraId="06C574D1" w14:textId="77777777" w:rsidR="007E0C6C" w:rsidRDefault="003B4B17">
      <w:pPr>
        <w:pStyle w:val="ListBullet"/>
        <w:spacing w:after="0"/>
      </w:pPr>
      <w:r>
        <w:t>Wisdom</w:t>
      </w:r>
    </w:p>
    <w:p w14:paraId="601F3012" w14:textId="77777777" w:rsidR="007E0C6C" w:rsidRDefault="003B4B17">
      <w:pPr>
        <w:pStyle w:val="ListBullet"/>
        <w:spacing w:after="0"/>
      </w:pPr>
      <w:r>
        <w:t>Strength</w:t>
      </w:r>
    </w:p>
    <w:p w14:paraId="2783FA95" w14:textId="77777777" w:rsidR="007E0C6C" w:rsidRDefault="003B4B17">
      <w:pPr>
        <w:pStyle w:val="ListBullet"/>
        <w:spacing w:after="0"/>
      </w:pPr>
      <w:r>
        <w:t>Honor</w:t>
      </w:r>
    </w:p>
    <w:p w14:paraId="0D30EA04" w14:textId="77777777" w:rsidR="007E0C6C" w:rsidRDefault="003B4B17">
      <w:pPr>
        <w:pStyle w:val="ListBullet"/>
        <w:spacing w:after="0"/>
      </w:pPr>
      <w:r>
        <w:t>Glory</w:t>
      </w:r>
    </w:p>
    <w:p w14:paraId="288E64A9" w14:textId="77777777" w:rsidR="007E0C6C" w:rsidRDefault="003B4B17">
      <w:pPr>
        <w:pStyle w:val="ListBullet"/>
        <w:spacing w:after="0"/>
      </w:pPr>
      <w:r>
        <w:t>Blessing</w:t>
      </w:r>
    </w:p>
    <w:p w14:paraId="79B86CA0" w14:textId="77777777" w:rsidR="007E0C6C" w:rsidRDefault="003B4B17">
      <w:r>
        <w:t>Seven again represents completeness.</w:t>
      </w:r>
    </w:p>
    <w:p w14:paraId="332C3009" w14:textId="77777777" w:rsidR="007E0C6C" w:rsidRDefault="003B4B17">
      <w:r>
        <w:t>Everything belongs to Christ.</w:t>
      </w:r>
    </w:p>
    <w:p w14:paraId="413B9120" w14:textId="77777777" w:rsidR="007E0C6C" w:rsidRDefault="003B4B17">
      <w:pPr>
        <w:pStyle w:val="Heading2"/>
      </w:pPr>
      <w:r>
        <w:t>Questions</w:t>
      </w:r>
    </w:p>
    <w:p w14:paraId="253B59E2" w14:textId="77777777" w:rsidR="007E0C6C" w:rsidRDefault="003B4B17">
      <w:pPr>
        <w:pStyle w:val="ListNumber"/>
        <w:spacing w:after="0"/>
      </w:pPr>
      <w:r>
        <w:t>Why do angels worship a Savior who did not die for them?</w:t>
      </w:r>
    </w:p>
    <w:p w14:paraId="70F40419" w14:textId="77777777" w:rsidR="007E0C6C" w:rsidRDefault="003B4B17">
      <w:pPr>
        <w:pStyle w:val="ListNumber"/>
        <w:spacing w:after="0"/>
      </w:pPr>
      <w:r>
        <w:t>What does this scene teach us about Christ's worthiness?</w:t>
      </w:r>
    </w:p>
    <w:p w14:paraId="5C4E1A7B" w14:textId="77777777" w:rsidR="007E0C6C" w:rsidRDefault="003B4B17">
      <w:pPr>
        <w:pStyle w:val="ListNumber"/>
        <w:spacing w:after="0"/>
      </w:pPr>
      <w:r>
        <w:t>Which of these seven attributes speaks most to you today?</w:t>
      </w:r>
    </w:p>
    <w:p w14:paraId="3B5AD400" w14:textId="77777777" w:rsidR="007E0C6C" w:rsidRDefault="003B4B17">
      <w:pPr>
        <w:pStyle w:val="Heading1"/>
      </w:pPr>
      <w:r>
        <w:t>VI. All Creation Joins the Chorus (vv. 13–14)</w:t>
      </w:r>
    </w:p>
    <w:p w14:paraId="2683CC62" w14:textId="77777777" w:rsidR="007E0C6C" w:rsidRDefault="003B4B17">
      <w:r>
        <w:t>Now the worship grows even larger.</w:t>
      </w:r>
    </w:p>
    <w:p w14:paraId="294490E9" w14:textId="77777777" w:rsidR="007E0C6C" w:rsidRDefault="003B4B17">
      <w:r>
        <w:t>Every creature</w:t>
      </w:r>
    </w:p>
    <w:p w14:paraId="46781528" w14:textId="77777777" w:rsidR="007E0C6C" w:rsidRDefault="003B4B17">
      <w:r>
        <w:t>in heaven,</w:t>
      </w:r>
    </w:p>
    <w:p w14:paraId="07D0898F" w14:textId="77777777" w:rsidR="007E0C6C" w:rsidRDefault="003B4B17">
      <w:r>
        <w:t>on earth,</w:t>
      </w:r>
    </w:p>
    <w:p w14:paraId="6639E73F" w14:textId="77777777" w:rsidR="007E0C6C" w:rsidRDefault="003B4B17">
      <w:r>
        <w:t>under the earth,</w:t>
      </w:r>
    </w:p>
    <w:p w14:paraId="566953D9" w14:textId="77777777" w:rsidR="007E0C6C" w:rsidRDefault="003B4B17">
      <w:r>
        <w:t>and in the sea</w:t>
      </w:r>
    </w:p>
    <w:p w14:paraId="21C27E41" w14:textId="77777777" w:rsidR="007E0C6C" w:rsidRDefault="003B4B17">
      <w:r>
        <w:t>joins together.</w:t>
      </w:r>
    </w:p>
    <w:p w14:paraId="3D7255F6" w14:textId="77777777" w:rsidR="007E0C6C" w:rsidRDefault="003B4B17">
      <w:r>
        <w:t>Creation itself acknowledges King Jesus.</w:t>
      </w:r>
    </w:p>
    <w:p w14:paraId="665889BE" w14:textId="77777777" w:rsidR="007E0C6C" w:rsidRDefault="003B4B17">
      <w:r>
        <w:t>This fulfills passages like Philippians 2:9–11, where every knee bows and every tongue confesses that Jesus Christ is Lord.</w:t>
      </w:r>
    </w:p>
    <w:p w14:paraId="6DA933E2" w14:textId="77777777" w:rsidR="007E0C6C" w:rsidRDefault="003B4B17">
      <w:r>
        <w:t>The four living creatures say:</w:t>
      </w:r>
    </w:p>
    <w:p w14:paraId="0F385A98" w14:textId="77777777" w:rsidR="007E0C6C" w:rsidRDefault="003B4B17">
      <w:r>
        <w:t>"Amen."</w:t>
      </w:r>
    </w:p>
    <w:p w14:paraId="7FF8257F" w14:textId="77777777" w:rsidR="007E0C6C" w:rsidRDefault="003B4B17">
      <w:r>
        <w:t>The elders fall down again.</w:t>
      </w:r>
    </w:p>
    <w:p w14:paraId="6DC386C0" w14:textId="77777777" w:rsidR="007E0C6C" w:rsidRDefault="003B4B17">
      <w:r>
        <w:t>The only fitting response to seeing Christ clearly is worship.</w:t>
      </w:r>
    </w:p>
    <w:p w14:paraId="01155948" w14:textId="77777777" w:rsidR="007E0C6C" w:rsidRDefault="003B4B17">
      <w:pPr>
        <w:pStyle w:val="Heading2"/>
      </w:pPr>
      <w:r>
        <w:t>Questions</w:t>
      </w:r>
    </w:p>
    <w:p w14:paraId="2B0ED76E" w14:textId="77777777" w:rsidR="007E0C6C" w:rsidRDefault="003B4B17">
      <w:pPr>
        <w:pStyle w:val="ListNumber"/>
        <w:spacing w:after="0"/>
      </w:pPr>
      <w:r>
        <w:t>What does universal worship reveal about Jesus?</w:t>
      </w:r>
    </w:p>
    <w:p w14:paraId="736B5A3F" w14:textId="77777777" w:rsidR="007E0C6C" w:rsidRDefault="003B4B17">
      <w:pPr>
        <w:pStyle w:val="ListNumber"/>
        <w:spacing w:after="0"/>
      </w:pPr>
      <w:r>
        <w:t>Why is worship the final response of Revelation 5?</w:t>
      </w:r>
    </w:p>
    <w:p w14:paraId="78720C92" w14:textId="77777777" w:rsidR="007E0C6C" w:rsidRDefault="003B4B17">
      <w:pPr>
        <w:pStyle w:val="ListNumber"/>
        <w:spacing w:after="0"/>
      </w:pPr>
      <w:r>
        <w:t>How should this vision shape your daily life?</w:t>
      </w:r>
    </w:p>
    <w:p w14:paraId="4A593200" w14:textId="77777777" w:rsidR="007E0C6C" w:rsidRDefault="003B4B17">
      <w:pPr>
        <w:pStyle w:val="Heading1"/>
      </w:pPr>
      <w:r>
        <w:t>Major Themes</w:t>
      </w:r>
    </w:p>
    <w:p w14:paraId="5AE018AB" w14:textId="77777777" w:rsidR="007E0C6C" w:rsidRDefault="003B4B17">
      <w:pPr>
        <w:pStyle w:val="Heading2"/>
      </w:pPr>
      <w:r>
        <w:t>1. Jesus Alone Is Worthy</w:t>
      </w:r>
    </w:p>
    <w:p w14:paraId="621F3CD3" w14:textId="77777777" w:rsidR="007E0C6C" w:rsidRDefault="003B4B17">
      <w:r>
        <w:t>Not because He created the world (though He did),</w:t>
      </w:r>
    </w:p>
    <w:p w14:paraId="636D4949" w14:textId="77777777" w:rsidR="007E0C6C" w:rsidRDefault="003B4B17">
      <w:r>
        <w:t>but because He redeemed it.</w:t>
      </w:r>
    </w:p>
    <w:p w14:paraId="72A15F2A" w14:textId="77777777" w:rsidR="007E0C6C" w:rsidRDefault="003B4B17">
      <w:pPr>
        <w:pStyle w:val="Heading2"/>
      </w:pPr>
      <w:r>
        <w:t>2. The Cross Was Victory</w:t>
      </w:r>
    </w:p>
    <w:p w14:paraId="33CCD2CF" w14:textId="77777777" w:rsidR="007E0C6C" w:rsidRDefault="003B4B17">
      <w:r>
        <w:t>Jesus conquered through sacrifice.</w:t>
      </w:r>
    </w:p>
    <w:p w14:paraId="53C00F1D" w14:textId="77777777" w:rsidR="007E0C6C" w:rsidRDefault="003B4B17">
      <w:r>
        <w:t>The Lion won by becoming the Lamb.</w:t>
      </w:r>
    </w:p>
    <w:p w14:paraId="0A10A30E" w14:textId="77777777" w:rsidR="007E0C6C" w:rsidRDefault="003B4B17">
      <w:pPr>
        <w:pStyle w:val="Heading2"/>
      </w:pPr>
      <w:r>
        <w:t>3. Worship Is the Proper Response</w:t>
      </w:r>
    </w:p>
    <w:p w14:paraId="3B4C098E" w14:textId="77777777" w:rsidR="007E0C6C" w:rsidRDefault="003B4B17">
      <w:r>
        <w:t>Every group in heaven responds the same way:</w:t>
      </w:r>
    </w:p>
    <w:p w14:paraId="6F1772A3" w14:textId="77777777" w:rsidR="007E0C6C" w:rsidRDefault="003B4B17">
      <w:r>
        <w:lastRenderedPageBreak/>
        <w:t>They worship.</w:t>
      </w:r>
    </w:p>
    <w:p w14:paraId="7195C030" w14:textId="77777777" w:rsidR="007E0C6C" w:rsidRDefault="003B4B17">
      <w:r>
        <w:t>Knowledge should always lead to worship.</w:t>
      </w:r>
    </w:p>
    <w:p w14:paraId="18FADDB6" w14:textId="77777777" w:rsidR="007E0C6C" w:rsidRDefault="003B4B17">
      <w:pPr>
        <w:pStyle w:val="Heading2"/>
      </w:pPr>
      <w:r>
        <w:t>4. God's Plan Will Be Fulfilled</w:t>
      </w:r>
    </w:p>
    <w:p w14:paraId="6B1854B9" w14:textId="77777777" w:rsidR="007E0C6C" w:rsidRDefault="003B4B17">
      <w:r>
        <w:t>The scroll will be opened.</w:t>
      </w:r>
    </w:p>
    <w:p w14:paraId="1F773399" w14:textId="77777777" w:rsidR="007E0C6C" w:rsidRDefault="003B4B17">
      <w:r>
        <w:t>History is not random.</w:t>
      </w:r>
    </w:p>
    <w:p w14:paraId="3B0327C2" w14:textId="77777777" w:rsidR="007E0C6C" w:rsidRDefault="003B4B17">
      <w:r>
        <w:t>Jesus is in complete control.</w:t>
      </w:r>
    </w:p>
    <w:p w14:paraId="031919A4" w14:textId="77777777" w:rsidR="007E0C6C" w:rsidRDefault="003B4B17">
      <w:pPr>
        <w:pStyle w:val="Heading2"/>
      </w:pPr>
      <w:r>
        <w:t>5. Redemption Is Global</w:t>
      </w:r>
    </w:p>
    <w:p w14:paraId="74F96C16" w14:textId="77777777" w:rsidR="007E0C6C" w:rsidRDefault="003B4B17">
      <w:r>
        <w:t>Christ purchased people</w:t>
      </w:r>
    </w:p>
    <w:p w14:paraId="1FB47B16" w14:textId="77777777" w:rsidR="007E0C6C" w:rsidRDefault="003B4B17">
      <w:r>
        <w:t>from every tribe,</w:t>
      </w:r>
    </w:p>
    <w:p w14:paraId="69E2C58B" w14:textId="77777777" w:rsidR="007E0C6C" w:rsidRDefault="003B4B17">
      <w:r>
        <w:t>language,</w:t>
      </w:r>
    </w:p>
    <w:p w14:paraId="3BC15B6F" w14:textId="77777777" w:rsidR="007E0C6C" w:rsidRDefault="003B4B17">
      <w:r>
        <w:t>people,</w:t>
      </w:r>
    </w:p>
    <w:p w14:paraId="03DD876C" w14:textId="77777777" w:rsidR="007E0C6C" w:rsidRDefault="003B4B17">
      <w:r>
        <w:t>and nation.</w:t>
      </w:r>
    </w:p>
    <w:p w14:paraId="64A0E265" w14:textId="77777777" w:rsidR="007E0C6C" w:rsidRDefault="003B4B17">
      <w:r>
        <w:t>The gospel is for all peoples.</w:t>
      </w:r>
    </w:p>
    <w:p w14:paraId="0B1A2452" w14:textId="77777777" w:rsidR="007E0C6C" w:rsidRDefault="003B4B17">
      <w:pPr>
        <w:pStyle w:val="Heading1"/>
      </w:pPr>
      <w:r>
        <w:t>Personal Application</w:t>
      </w:r>
    </w:p>
    <w:p w14:paraId="04F01949" w14:textId="77777777" w:rsidR="007E0C6C" w:rsidRDefault="003B4B17">
      <w:r>
        <w:t>Ask yourself:</w:t>
      </w:r>
    </w:p>
    <w:p w14:paraId="0A06C18A" w14:textId="77777777" w:rsidR="007E0C6C" w:rsidRDefault="003B4B17">
      <w:pPr>
        <w:pStyle w:val="ListBullet"/>
        <w:spacing w:after="0"/>
      </w:pPr>
      <w:r>
        <w:t>Am I living as though Jesus truly is worthy of every area of my life?</w:t>
      </w:r>
    </w:p>
    <w:p w14:paraId="403B9191" w14:textId="77777777" w:rsidR="007E0C6C" w:rsidRDefault="003B4B17">
      <w:pPr>
        <w:pStyle w:val="ListBullet"/>
        <w:spacing w:after="0"/>
      </w:pPr>
      <w:r>
        <w:t>Do I view the Cross as my greatest victory rather than merely a historical event?</w:t>
      </w:r>
    </w:p>
    <w:p w14:paraId="484C37A0" w14:textId="77777777" w:rsidR="007E0C6C" w:rsidRDefault="003B4B17">
      <w:pPr>
        <w:pStyle w:val="ListBullet"/>
        <w:spacing w:after="0"/>
      </w:pPr>
      <w:r>
        <w:t>Does my worship reflect the worship of heaven?</w:t>
      </w:r>
    </w:p>
    <w:p w14:paraId="2EFEC7B3" w14:textId="77777777" w:rsidR="007E0C6C" w:rsidRDefault="003B4B17">
      <w:pPr>
        <w:pStyle w:val="ListBullet"/>
        <w:spacing w:after="0"/>
      </w:pPr>
      <w:r>
        <w:t>Do I trust that Christ holds the scroll of history, even when the world seems chaotic?</w:t>
      </w:r>
    </w:p>
    <w:p w14:paraId="7F3FD7F2" w14:textId="77777777" w:rsidR="007E0C6C" w:rsidRDefault="003B4B17">
      <w:pPr>
        <w:pStyle w:val="ListBullet"/>
        <w:spacing w:after="0"/>
      </w:pPr>
      <w:r>
        <w:t>If all of heaven falls before the Lamb, what should my response be today?</w:t>
      </w:r>
    </w:p>
    <w:p w14:paraId="4F4C486A" w14:textId="77777777" w:rsidR="007E0C6C" w:rsidRDefault="003B4B17">
      <w:pPr>
        <w:pStyle w:val="Heading1"/>
      </w:pPr>
      <w:r>
        <w:t>A Powerful Takeaway</w:t>
      </w:r>
    </w:p>
    <w:p w14:paraId="3C82DAC2" w14:textId="77777777" w:rsidR="007E0C6C" w:rsidRDefault="003B4B17">
      <w:r>
        <w:t>Revelation 5 pulls the curtain back on a world that can look chaotic and uncertain:</w:t>
      </w:r>
    </w:p>
    <w:p w14:paraId="030F0C90" w14:textId="77777777" w:rsidR="007E0C6C" w:rsidRDefault="003B4B17">
      <w:pPr>
        <w:pStyle w:val="ListBullet"/>
        <w:spacing w:after="0"/>
      </w:pPr>
      <w:r>
        <w:rPr>
          <w:b/>
        </w:rPr>
        <w:t>The throne is occupied.</w:t>
      </w:r>
    </w:p>
    <w:p w14:paraId="736199BF" w14:textId="77777777" w:rsidR="007E0C6C" w:rsidRDefault="003B4B17">
      <w:pPr>
        <w:pStyle w:val="ListBullet"/>
        <w:spacing w:after="0"/>
      </w:pPr>
      <w:r>
        <w:rPr>
          <w:b/>
        </w:rPr>
        <w:t>The scroll is already written.</w:t>
      </w:r>
    </w:p>
    <w:p w14:paraId="02541F64" w14:textId="77777777" w:rsidR="007E0C6C" w:rsidRDefault="003B4B17">
      <w:pPr>
        <w:pStyle w:val="ListBullet"/>
        <w:spacing w:after="0"/>
      </w:pPr>
      <w:r>
        <w:rPr>
          <w:b/>
        </w:rPr>
        <w:t>God's purposes are complete.</w:t>
      </w:r>
    </w:p>
    <w:p w14:paraId="7044F234" w14:textId="77777777" w:rsidR="007E0C6C" w:rsidRDefault="003B4B17">
      <w:pPr>
        <w:pStyle w:val="ListBullet"/>
        <w:spacing w:after="0"/>
      </w:pPr>
      <w:r>
        <w:rPr>
          <w:b/>
        </w:rPr>
        <w:t>The Lamb is worthy.</w:t>
      </w:r>
    </w:p>
    <w:p w14:paraId="200C9B8C" w14:textId="77777777" w:rsidR="007E0C6C" w:rsidRDefault="003B4B17">
      <w:pPr>
        <w:pStyle w:val="ListBullet"/>
        <w:spacing w:after="0"/>
      </w:pPr>
      <w:r>
        <w:rPr>
          <w:b/>
        </w:rPr>
        <w:t>Jesus holds the future.</w:t>
      </w:r>
    </w:p>
    <w:p w14:paraId="1EB80E92" w14:textId="77777777" w:rsidR="007E0C6C" w:rsidRDefault="003B4B17">
      <w:r>
        <w:t xml:space="preserve">The Lamb who was slain is not merely observing history. He is the One authorized to bring God's entire plan to completion. The future is not ultimately in the hands of governments, armies, economies, or human rulers. </w:t>
      </w:r>
      <w:r>
        <w:rPr>
          <w:b/>
        </w:rPr>
        <w:t>The scroll is in the hands of the Lamb.</w:t>
      </w:r>
    </w:p>
    <w:p w14:paraId="1613C02C" w14:textId="77777777" w:rsidR="007E0C6C" w:rsidRDefault="003B4B17">
      <w:pPr>
        <w:pStyle w:val="Heading1"/>
      </w:pPr>
      <w:r>
        <w:t>Closing Reflection</w:t>
      </w:r>
    </w:p>
    <w:p w14:paraId="0EC01641" w14:textId="77777777" w:rsidR="007E0C6C" w:rsidRDefault="003B4B17">
      <w:r>
        <w:t xml:space="preserve">Revelation 5 answers one of the greatest questions in Scripture: </w:t>
      </w:r>
      <w:r>
        <w:rPr>
          <w:b/>
        </w:rPr>
        <w:t>Who is worthy to bring God's plan to completion?</w:t>
      </w:r>
      <w:r>
        <w:t xml:space="preserve"> The answer is not a king, an angel, a prophet, or humanity itself. It is </w:t>
      </w:r>
      <w:r>
        <w:rPr>
          <w:b/>
        </w:rPr>
        <w:t>Jesus Christ—the Lion of the tribe of Judah, who conquered as the slain Lamb.</w:t>
      </w:r>
      <w:r>
        <w:t xml:space="preserve"> When the Lamb takes the scroll, heaven erupts in worship because the destiny of creation is secure in His hands. For believers today, this chapter is an invitation to live with confidence, hope, and wholehearted worship, knowing that the One who redeemed us is also the One who reigns forever.</w:t>
      </w:r>
    </w:p>
    <w:sectPr w:rsidR="007E0C6C" w:rsidSect="00034616">
      <w:footerReference w:type="default" r:id="rId8"/>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EC299" w14:textId="77777777" w:rsidR="003B4B17" w:rsidRDefault="003B4B17">
      <w:pPr>
        <w:spacing w:after="0"/>
      </w:pPr>
      <w:r>
        <w:separator/>
      </w:r>
    </w:p>
  </w:endnote>
  <w:endnote w:type="continuationSeparator" w:id="0">
    <w:p w14:paraId="75AC6E33" w14:textId="77777777" w:rsidR="003B4B17" w:rsidRDefault="003B4B1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35E73" w14:textId="77777777" w:rsidR="007E0C6C" w:rsidRDefault="003B4B17">
    <w:pPr>
      <w:pStyle w:val="Footer"/>
      <w:jc w:val="center"/>
    </w:pPr>
    <w:r>
      <w:t xml:space="preserve">Revelation 5 — Parts A &amp; </w:t>
    </w:r>
    <w:proofErr w:type="gramStart"/>
    <w:r>
      <w:t>B  •</w:t>
    </w:r>
    <w:proofErr w:type="gramEnd"/>
    <w:r>
      <w:t xml:space="preserve">  </w:t>
    </w:r>
    <w:r>
      <w:fldChar w:fldCharType="begin"/>
    </w:r>
    <w:r>
      <w:instrText>PAGE</w:instrText>
    </w:r>
    <w:r>
      <w:fldChar w:fldCharType="separate"/>
    </w:r>
    <w:r w:rsidR="00C43E3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4678C" w14:textId="77777777" w:rsidR="003B4B17" w:rsidRDefault="003B4B17">
      <w:pPr>
        <w:spacing w:after="0"/>
      </w:pPr>
      <w:r>
        <w:separator/>
      </w:r>
    </w:p>
  </w:footnote>
  <w:footnote w:type="continuationSeparator" w:id="0">
    <w:p w14:paraId="15BAF6D6" w14:textId="77777777" w:rsidR="003B4B17" w:rsidRDefault="003B4B1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12586476">
    <w:abstractNumId w:val="8"/>
  </w:num>
  <w:num w:numId="2" w16cid:durableId="20278786">
    <w:abstractNumId w:val="6"/>
  </w:num>
  <w:num w:numId="3" w16cid:durableId="164440128">
    <w:abstractNumId w:val="5"/>
  </w:num>
  <w:num w:numId="4" w16cid:durableId="277303474">
    <w:abstractNumId w:val="4"/>
  </w:num>
  <w:num w:numId="5" w16cid:durableId="1302803938">
    <w:abstractNumId w:val="7"/>
  </w:num>
  <w:num w:numId="6" w16cid:durableId="868958846">
    <w:abstractNumId w:val="3"/>
  </w:num>
  <w:num w:numId="7" w16cid:durableId="1553616828">
    <w:abstractNumId w:val="2"/>
  </w:num>
  <w:num w:numId="8" w16cid:durableId="768307545">
    <w:abstractNumId w:val="1"/>
  </w:num>
  <w:num w:numId="9" w16cid:durableId="1404261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B4B17"/>
    <w:rsid w:val="003F67AC"/>
    <w:rsid w:val="007E0C6C"/>
    <w:rsid w:val="00AA1D8D"/>
    <w:rsid w:val="00B47730"/>
    <w:rsid w:val="00C43E3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3CA444"/>
  <w14:defaultImageDpi w14:val="300"/>
  <w15:docId w15:val="{F88F9D13-66E0-4188-94E8-0E1C8BF00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1260</Words>
  <Characters>7188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Kerry Hogan</cp:lastModifiedBy>
  <cp:revision>2</cp:revision>
  <dcterms:created xsi:type="dcterms:W3CDTF">2026-08-16T23:27:00Z</dcterms:created>
  <dcterms:modified xsi:type="dcterms:W3CDTF">2026-08-16T23:27:00Z</dcterms:modified>
  <cp:category/>
</cp:coreProperties>
</file>